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직무기술서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무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기획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소속부서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 ~ 과장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보고 라인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직 무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 직무가 조직 내에서 수행하는 역할과 목적을 3~5줄로 기술합니다.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요 업 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구분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세부 수행 업무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비중(%)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기획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연간 마케팅 전략 수립 및 캠페인 기획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100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요 구 역 량 및 자 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필수 자격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관련 분야 학사 이상, 마케팅 실무 경력 3년 이상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성과 평가 지표(KPI)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캠페인 ROI, 신규 고객 유입 수, 브랜드 인지도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