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외출·조퇴신청서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외출 / 조퇴 / 지각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해당일자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14:00 ~ 16:00 (2시간)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복귀예정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16:00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병원 진료, 관공서 방문 등 구체적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업무대행자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김영희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공제구분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무급 / 연차공제 / 해당없음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신청하오니 승인하여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