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교육훈련일지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교육명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직장 내 성희롱 예방교육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교육일자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2026.08.20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교육시간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14:00 ~ 16:00 (2시간)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교육장소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본사 대회의실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교육방법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집합교육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강 사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김강사 (외부 전문강사)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대상인원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25명 / 참석 23명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교 육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97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교육 주요 내용을 항목별로 정리합니다.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참 석 자 명 단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번호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소 속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직 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성 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서 명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대리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교육 평가 및 향후 계획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교육 효과, 참석자 반응, 보완사항을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작성자    소속 / 성명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