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신입사원 교육계획서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교육과정명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하반기 신입사원 입문교육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 ~ 09.10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대상인원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담당부서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인사팀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교 육 목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 교육을 통해 달성하려는 목표를 3가지 내외로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교 육 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교육 과목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강사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장소 / 방법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9/1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09~12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회사 소개 및 조직 이해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인사팀장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대회의실 / 집합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소 요 예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항 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산출 내역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강사료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외부강사 2명 × 30만원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600,000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교육 평가 방법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이해도 평가, 만족도 설문, 과제 발표 등 평가 방식을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