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사원명부(비상연락망)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회사명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작성기준일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본 명부는 개인정보 보호법에 따라 업무 목적 외 사용을 금지하며, 외부 유출 시 관련 법령에 따라 처벌될 수 있습니다.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 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휴대전화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이메일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비상연락처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hong@co.kr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010-9876-5432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