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1"/>
        </w:rPr>
        <w:t>출장보고서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3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소 속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직 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대리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작성자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홍길동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출장기간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2026.08.10 ~ 08.12 (2박 3일)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출 장 지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부산광역시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동 행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김영희 사원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교통수단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KTX / 렌터카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5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출 장 목 적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85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출장의 목적과 배경을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출 장 일 정 및 수 행 내 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일자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시간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장소 / 면담자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수행 내용</w:t>
            </w:r>
          </w:p>
        </w:tc>
      </w:tr>
      <w:tr>
        <w:trPr>
          <w:trHeight w:val="28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8/10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14:00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부산지사 / 이부장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하반기 판매 계획 협의</w:t>
            </w:r>
          </w:p>
        </w:tc>
      </w:tr>
      <w:tr>
        <w:trPr>
          <w:trHeight w:val="28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8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8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8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8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5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출 장 결 과 및 성 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137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협의 결과, 확보한 정보, 합의 사항을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5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후속 조치 계획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85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출장 결과에 따라 필요한 후속 업무와 일정을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출 장 비 정 산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항 목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내 역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금액(원)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증빙</w:t>
            </w:r>
          </w:p>
        </w:tc>
      </w:tr>
      <w:tr>
        <w:trPr>
          <w:trHeight w:val="28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교통비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KTX 서울-부산 왕복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119,600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영수증</w:t>
            </w:r>
          </w:p>
        </w:tc>
      </w:tr>
      <w:tr>
        <w:trPr>
          <w:trHeight w:val="28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8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8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8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합  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5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대표이사</w:t>
            </w:r>
          </w:p>
        </w:tc>
      </w:tr>
      <w:tr>
        <w:trPr>
          <w:trHeight w:val="28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8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