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지출결의서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결의번호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지출-2026-118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결의일자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지급예정일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지급방법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계좌이체 / 법인카드 / 현금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지 급 처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거 래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(주)한국광고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예금주 / 은행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(주)한국광고 / 국민은행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계좌번호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123456-01-789012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지 출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부가세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합계(원)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광고선전비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8월 온라인 광고비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3,300,000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증빙서류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세금계산서 / 영수증 / 견적서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지출을 결의하오니 재가하여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