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기안문(내부결재)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문서번호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총무-2026-035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기안일자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작성자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시행일자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2026.08.12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보존연한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3년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공개구분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공개 / 부분공개 / 비공개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협조부서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인사팀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사무실 집기 교체의 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1. 추진 배경 및 목적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8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기안이 필요한 배경과 목적을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2. 주요 내용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2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구체적인 실행 내용을 항목별로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3. 소요 예산 및 일정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8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예산 규모, 재원, 추진 일정을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4. 협조 및 조치 요청 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붙 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1. 견적서 1부  2. 제품 사양서 1부.  끝.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대표이사</w:t>
            </w:r>
          </w:p>
        </w:tc>
      </w:tr>
      <w:tr>
        <w:trPr>
          <w:trHeight w:val="32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