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업무일지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일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2026년 8월 5일 (수)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소 속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 성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 대리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근무시간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09:00 ~ 18:00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시 간 대 별 업 무 기 록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시 간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업무 내용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결과 / 상태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09:00~10:30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팀 주간회의 참석 및 업무 배분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완료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금일 성과 및 배운 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미결 업무 및 익일 계획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>확 인    작 성 자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 xml:space="preserve">    팀 장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