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출장비(여비교통비)정산서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출장기간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2026.08.10 ~ 08.12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출 장 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부산광역시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출장목적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부산지사 판매전략 협의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정산일자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정 산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항 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세부 내역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증빙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8/10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교통비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KTX 서울→부산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59,800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영수증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정 산 결 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가지급금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사용금액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반납액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추가지급액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462,300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37,700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환급 계좌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국민은행 123456-01-789012 (홍길동)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위와 같이 출장비를 정산하오니 확인 후 처리하여 주시기 바랍니다.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