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사업계획서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교육 플랫폼 구축 사업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1. 사업 개요 및 추진 배경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사업의 목적, 배경, 필요성을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2. 시장 및 경쟁 환경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목표 시장 규모, 주요 경쟁사, 차별화 포인트를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3. 사업 내용 및 추진 전략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제공할 제품·서비스와 실행 전략을 구체적으로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추 진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단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주요 활동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 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1단계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시장조사 및 기획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 ~ 09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소 요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산출 근거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금액(천원)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개발비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외주 개발 3개월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예 상 손 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1차년도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2차년도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3차년도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매출액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260,000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410,000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기대 효과 및 위험 요인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