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경력기술서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총 경력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7년 3개월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지원직무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 기획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경 력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근무기간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회사명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 / 직위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고용형태</w:t>
            </w:r>
          </w:p>
        </w:tc>
      </w:tr>
      <w:tr>
        <w:trPr>
          <w:trHeight w:val="28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2013.03 ~ 2020.05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(주)한국상사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 / 대리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정규직</w:t>
            </w:r>
          </w:p>
        </w:tc>
      </w:tr>
      <w:tr>
        <w:trPr>
          <w:trHeight w:val="28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주요 수행업무 및 성과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① 프로젝트명 / 기간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42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담당 역할, 사용 도구·기술, 수행 내용, 정량적 성과(매출·비용·기간 등)를 구체적으로 작성하세요.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② 프로젝트명 / 기간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42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③ 프로젝트명 / 기간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42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보유 역량 및 강점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4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직무 관련 핵심 역량을 3~5가지로 정리하세요.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기재 내용은 사실과 다름이 없음을 확인합니다.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작성자 :  ＿＿＿＿＿＿＿＿＿＿＿＿＿＿  (서명 또는 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