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신사업 계획서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신사업명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AI 기반 문서 자동화 서비스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제 안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 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1. 사업 아이디어 개요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어떤 문제를 어떤 방식으로 해결하는 사업인지 요약합니다.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2. 고객 문제 정의 및 목표 고객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누구의 어떤 불편을 해결하는지 구체적으로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시 장 분 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내 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근거 자료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시장 규모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국내 문서 서비스 시장 약 3,000억원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○○리서치 2025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경 쟁 사 비 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자 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경쟁사 A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경쟁사 B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핵심 기능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AI 자동 작성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템플릿 제공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수기 작성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3. 수익 모델 및 가격 전략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투 자 및 회 수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1차년도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2차년도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3차년도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투자금액(천원)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80,000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50,000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리스크 및 대응 방안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대표이사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