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행사 기획안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행 사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 고객 감사 페스티벌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일 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2026.10.15(목) 13:00 ~ 18:00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장 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코엑스 그랜드볼룸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예상 참석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300명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1. 행사 목적 및 콘셉트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행사를 통해 달성하려는 목적과 전체 콘셉트를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행 사 프 로 그 램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시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프로그램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담당 / 진행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장소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13:00~13:30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등록 및 웰컴 드링크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로비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업 무 분 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담당 영역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업무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담당자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행사 진행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식순 진행, 사회, 큐시트 관리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소 요 예 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항 목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산출 내역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금액(천원)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대관료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그랜드볼룸 1일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5,000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준비 일정 및 체크포인트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7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대표이사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