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주간 일정표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 간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2026.08.03(월) ~ 08.09(일)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토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09:00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주간회의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간 목 표 및 메 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이번 주 핵심 목표 (3가지)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</w:t>
              <w:br/>
              <w:t>2.</w:t>
              <w:br/>
              <w:t>3.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메모 및 준비사항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