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사업제안서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제안 사업명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온라인 마케팅 대행 서비스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 안 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제안일자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수 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(주)한국상사 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제안 담당자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1. 제안 배경 및 현황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3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고객사가 처한 상황과 해결이 필요한 과제를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2. 제안 내용 및 solution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7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제공할 서비스·제품의 구체적 내용과 차별점을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추 진 범 위 및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수행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산출물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기간</w:t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1단계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현황 진단 및 전략 수립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진단 보고서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4주</w:t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제 안 금 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</w:tr>
      <w:tr>
        <w:trPr>
          <w:trHeight w:val="28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기본 대행료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정액 (6개월)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3,000,000</w:t>
            </w:r>
          </w:p>
        </w:tc>
      </w:tr>
      <w:tr>
        <w:trPr>
          <w:trHeight w:val="28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 (VAT 별도)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3. 기대 효과 및 당사 강점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3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제안 유효기간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제안일로부터 30일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문 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