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서비스 제안서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2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서비스명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기업용 문서 자동화 솔루션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2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제 안 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제안일자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52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고 객 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 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1. 고객 과제 및 도입 필요성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5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서 비 스 구 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구성 항목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주요 기능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제공 범위</w:t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문서 자동 생성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템플릿 기반 자동 작성 및 배포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무제한</w:t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요 금 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요금제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월 이용료(원)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사용자 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주요 혜택</w:t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스탠다드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기본 기능 + 이메일 지원</w:t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도 입 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단 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주요 활동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소요 기간</w:t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계약 및 준비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계약 체결, 요구사항 정의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1주</w:t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1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2. 지원 체계 및 기대 효과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5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고객 지원 방식(SLA), 도입 후 기대 효과를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