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프로젝트 계획서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프로젝트명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홈페이지 리뉴얼 프로젝트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프로젝트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 ~ 12.31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PM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 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발 주 부 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총 예산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80,000천원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1. 프로젝트 목적 및 범위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8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무엇을 왜 하는지, 어디까지 포함하고 제외하는지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추 진 조 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역 할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소속 / 성명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담당 업무</w:t>
            </w:r>
          </w:p>
        </w:tc>
      </w:tr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PM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마케팅팀 / 홍길동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전체 일정 및 품질 관리</w:t>
            </w:r>
          </w:p>
        </w:tc>
      </w:tr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주 요 마 일 스 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단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주요 산출물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완료 목표일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담당</w:t>
            </w:r>
          </w:p>
        </w:tc>
      </w:tr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요구사항 정의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요구사항 정의서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2026.09.20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</w:tr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예 산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항 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산출 근거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금액(천원)</w:t>
            </w:r>
          </w:p>
        </w:tc>
      </w:tr>
      <w:tr>
        <w:trPr>
          <w:trHeight w:val="27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개발 외주비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4개월 × 2명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60,000</w:t>
            </w:r>
          </w:p>
        </w:tc>
      </w:tr>
      <w:tr>
        <w:trPr>
          <w:trHeight w:val="27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주요 위험 요인 및 대응 방안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8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대표이사</w:t>
            </w:r>
          </w:p>
        </w:tc>
      </w:tr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