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2"/>
        </w:rPr>
        <w:t>워크숍 계획서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4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워크숍명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 하반기 마케팅 전략 워크숍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일 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2026.09.05(금) ~ 09.06(토)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장 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양평 연수원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3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주 관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참석 인원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18명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1. 워크숍 목적 및 기대 성과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19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세 부 일 정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일자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시 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프로그램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진행자</w:t>
            </w:r>
          </w:p>
        </w:tc>
      </w:tr>
      <w:tr>
        <w:trPr>
          <w:trHeight w:val="29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9/5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13:00~14:00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오리엔테이션 및 아이스브레이킹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홍길동</w:t>
            </w:r>
          </w:p>
        </w:tc>
      </w:tr>
      <w:tr>
        <w:trPr>
          <w:trHeight w:val="29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9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소 요 예 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항 목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산출 내역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금액(천원)</w:t>
            </w:r>
          </w:p>
        </w:tc>
      </w:tr>
      <w:tr>
        <w:trPr>
          <w:trHeight w:val="29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숙박비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18명 × 1박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1,800</w:t>
            </w:r>
          </w:p>
        </w:tc>
      </w:tr>
      <w:tr>
        <w:trPr>
          <w:trHeight w:val="29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합  계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준비물 및 사전 과제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89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대표이사</w:t>
            </w:r>
          </w:p>
        </w:tc>
      </w:tr>
      <w:tr>
        <w:trPr>
          <w:trHeight w:val="29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299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