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제안요청서(RFP)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사 업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홈페이지 리뉴얼 구축 사업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발 주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공고일자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사업 예산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80,000천원 (VAT 포함)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사업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계약일로부터 4개월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1. 사업 목적 및 배경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5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발주 배경과 이 사업으로 달성하려는 목적을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사 업 범 위 및 요 구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구 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요구 사항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필수/선택</w:t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기능 요구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반응형 웹 및 관리자 페이지 구축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필수</w:t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제 안 서 작 성 및 제 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구 분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내 용</w:t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제출 기한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2026년 8월 25일 17:00까지 (이메일 및 방문 접수)</w:t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제 안 서 평 가 기 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평가 항목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세부 내용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배점</w:t>
            </w:r>
          </w:p>
        </w:tc>
      </w:tr>
      <w:tr>
        <w:trPr>
          <w:trHeight w:val="31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기술 능력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수행 방법론, 기술 이해도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40</w:t>
            </w:r>
          </w:p>
        </w:tc>
      </w:tr>
      <w:tr>
        <w:trPr>
          <w:trHeight w:val="31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100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문 의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구매팀 02-1234-5678 / purchase@company.co.kr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