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재직증명서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인 적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생년월일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1990.01.01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서울특별시 강남구 테헤란로 123, 101동 101호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재 직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직 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재직기간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2013.03.15 ~ 현재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담당업무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 기획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용 도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관공서 제출용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/>
          <w:sz w:val="24"/>
        </w:rPr>
        <w:t>위와 같이 본 회사에 재직하고 있음을 증명합니다.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발급기관    회 사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사업자등록번호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