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프랜차이즈(가맹)계약서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가맹본부(갑)와 가맹점사업자(을)는 다음과 같이 가맹계약을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가맹 사업 개요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영 업 표 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○○치킨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가맹점명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○○치킨 강남점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영업 지역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역삼동 일대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계약 기간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2026.09.01 ~ 2028.08.31 (2년)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가맹금 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 액 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지급 시기 / 비고</w:t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가맹비(가입비)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10,000,000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계약 체결 시</w:t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본 계약은 갑이 을에게 영업표지의 사용을 허락하고 경영 및 영업활동을 지원·교육하며, 을은 그 대가를 지급하는 가맹사업에 관한 사항을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제2조(정보공개서의 제공) 갑은 가맹사업거래의 공정화에 관한 법률 제7조에 따라 계약 체결일 14일 이전에 을에게 정보공개서를 제공하였음을 확인한다.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제3조(영업지역의 보호) 갑은 계약 기간 중 위 영업 지역 안에 동일한 영업표지를 사용하는 다른 가맹점을 설치하지 아니한다.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제4조(교육 및 지원) 갑은 을에게 개점 전 기본 교육과 개점 후 정기적인 경영 지도를 제공한다.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제5조(물품의 공급) 을은 갑 또는 갑이 지정한 자로부터 통일된 품질 유지에 필요한 필수 품목을 공급받는다. 다만 갑은 부당하게 거래 상대방을 구속하여서는 아니 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제6조(을의 의무) 을은 갑이 정한 운영 매뉴얼과 품질 기준을 준수하고, 영업표지의 명성을 훼손하는 행위를 하여서는 아니 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제7조(계약의 갱신) 을은 계약 기간 만료 전 180일부터 90일까지 사이에 갱신을 요구할 수 있으며, 갑은 정당한 사유 없이 이를 거절할 수 없다.(최초 계약일부터 10년 범위)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제8조(계약의 해지) 갑은 을이 계약을 위반한 경우 2개월 이상의 유예기간을 두고 3회 이상 서면으로 시정을 요구한 후 계약을 해지할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제9조(영업비밀 및 경업금지) 을은 계약 기간 중 및 종료 후 1년간 동종 영업을 영위할 수 없으며, 갑의 영업비밀을 누설하여서는 아니 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제10조(분쟁의 해결) 본 계약과 관련한 분쟁은 공정거래위원회의 가맹사업거래분쟁 조정협의회의 조정을 신청할 수 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78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갑(가맹본부)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을(가맹점사업자)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