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경력증명서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근 무 경 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근무기간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소속부서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직위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담당업무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 ~ 2020.05.31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국내 마케팅 기획 및 채널 운영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총 근속기간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7년 2개월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용 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이직 제출용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위와 같이 근무하였음을 증명합니다.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발급기관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