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인테리어 공사계약서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발주자와 시공자는 아래 인테리어 공사에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공사 개요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공사 장소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123, 101동 1001호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공사 범위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거실·주방 철거 및 마감, 도배, 바닥, 조명 교체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착공일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2026.09.01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완공 예정일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2026.09.30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공사 대금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공정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공사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철거 공사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기존 마감재 철거 및 폐기물 처리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2,500,000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 (VAT 별도)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대금 지급 일정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지급 시기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 약 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3,000,000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계약 시</w:t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제1조(공사의 범위) 시공자는 별첨 견적서 및 도면에 따라 공사를 시공한다. 견적서에 포함되지 않은 추가 공사는 사전에 발주자의 서면 동의를 받아야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제2조(공사 기간) 시공자는 위 기간 내에 공사를 완료하여야 하며, 발주자의 사정 또는 불가항력으로 지연된 경우 협의하여 기간을 연장한다.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제3조(자재) 사용 자재는 견적서에 명시된 제품과 동등 이상의 품질이어야 하며, 변경이 필요한 경우 발주자의 동의를 받아야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제4조(공사 관리) 시공자는 공사 현장의 안전과 청결을 유지하고, 공동주택의 경우 관리사무소의 규정을 준수한다.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제5조(지체상금) 시공자가 완공 기한을 지키지 못한 경우 지체일수 1일당 공사금액의 1,000분의 1을 지체상금으로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제6조(하자보수) 시공자는 완공일로부터 1년간 시공 부분의 하자를 무상으로 보수한다. 다만 발주자의 고의·과실 또는 통상적 사용에 의한 마모는 제외한다.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제7조(계약의 해제) 당사자 일방이 계약을 위반하고 서면 최고 후 7일 이내에 시정하지 아니하면 상대방은 계약을 해제할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예) 폐기물 처리 주체, 주차 및 엘리베이터 사용, 하자보수 보증금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작성하고, 각 당사자가 기명날인한 후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발주자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시공자    상 호(성명)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사업자등록번호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