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물품매매계약서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매도인과 매수인은 아래 물품의 매매에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매매 물품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품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규격 / 사양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노트북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15인치 / i7 / 16GB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1,200,000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12,000,000</w:t>
            </w:r>
          </w:p>
        </w:tc>
      </w:tr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 (VAT 별도)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인도 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인도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매수인 본사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대금 지급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인도 및 검수 완료 후 15일 이내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지급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계좌이체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위 물품의 매매에 관한 당사자의 권리·의무를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제2조(인도) 매도인은 약정한 기일에 지정 장소로 물품을 인도하며, 인도에 소요되는 비용은 매도인이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제3조(검수 및 소유권 이전) 매수인은 인도일로부터 7일 이내에 검수하고, 검수 완료와 동시에 소유권이 매수인에게 이전된다.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제4조(하자담보책임) 매도인은 물품이 계약에 정한 사양과 품질에 적합함을 보증하며, 인도일로부터 1년간 하자에 대하여 무상 수리 또는 교환의 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제5조(위험부담) 물품의 멸실·훼손에 관한 위험은 인도 시점에 매수인에게 이전한다.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제6조(대금의 지급) 매수인은 약정한 기한 내에 매매대금을 지급하며, 지연 시 연 12%의 지연손해금을 가산한다.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해제) 당사자 일방의 채무불이행이 있는 경우 상대방은 상당한 기간을 정하여 이행을 최고하고 계약을 해제할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제8조(관할법원) 본 계약에 관한 분쟁은 매수인의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3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매도인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매수인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