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위탁판매계약서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위탁자(갑)와 수탁자(을)는 상품의 위탁판매에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위탁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위탁 상품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건강기능식품 전 품목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판매 지역 / 채널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온라인 자사몰 및 오픈마켓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2027.08.31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판매 수수료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 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수수료율 / 금액</w:t>
            </w:r>
          </w:p>
        </w:tc>
      </w:tr>
      <w:tr>
        <w:trPr>
          <w:trHeight w:val="275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기본 수수료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판매금액 기준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15%</w:t>
            </w:r>
          </w:p>
        </w:tc>
      </w:tr>
      <w:tr>
        <w:trPr>
          <w:trHeight w:val="275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정산 주기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매월 말일 마감, 익월 15일 지급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갑이 을에게 상품의 판매를 위탁하고 을이 이를 수탁하여 판매함에 관한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제2조(상품의 공급) 갑은 을의 주문에 따라 상품을 공급하며, 상품의 소유권은 판매 시점까지 갑에게 유보된다.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제3조(판매가격) 상품의 판매가격은 갑이 정한 권장 소비자가격을 따르되, 할인 판매는 갑의 사전 동의를 받아야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제4조(재고 관리) 을은 위탁받은 상품을 선량한 관리자의 주의로 보관하여야 하며, 을의 귀책사유로 인한 멸실·훼손에 대하여 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제5조(정산) 을은 매월 판매 실적을 갑에게 보고하고, 판매대금에서 수수료를 공제한 금액을 약정한 기일에 갑에게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제6조(반품 및 교환) 소비자의 반품·교환에 관한 처리는 관계 법령 및 갑의 정책에 따르며, 그 비용 부담은 귀책사유에 따라 정한다.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제7조(상표의 사용) 을은 본 계약의 목적 범위 내에서만 갑의 상표 및 홍보물을 사용할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제8조(계약의 해지) 당사자 일방이 계약을 위반한 경우 상대방은 서면 최고 후 계약을 해지할 수 있으며, 해지 시 을은 잔여 재고를 갑에게 반환한다.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2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갑(위탁자)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을(수탁자)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