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저작권 이용허락계약서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저작권자(갑)와 이용자(을)는 아래 저작물의 이용에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저작물의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저 작 물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○○ 브랜드 일러스트 시리즈 (총 20점)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저작물 종류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미술저작물(일러스트)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공표 여부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미공표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이용 허락의 범위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허 락 내 용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이용 방법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복제, 배포, 전송, 2차적저작물 작성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이용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2028.08.31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이용 지역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대한민국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이용 허락 대가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금 5,000,000원 (VAT 별도)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독점 여부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비독점적 이용허락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갑이 을에게 위 저작물의 이용을 허락함에 있어 그 범위와 조건을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제2조(이용허락의 범위) 을은 위 표에 정한 이용 방법, 기간, 지역의 범위 내에서만 저작물을 이용할 수 있으며, 이를 초과하는 이용은 갑의 별도 서면 동의를 받아야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제3조(저작인격권의 존중) 을은 저작물을 이용함에 있어 갑의 성명표시권 및 동일성유지권을 존중하여야 하며, 저작자의 명예를 훼손하는 방법으로 이용할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제4조(권리의 유보) 본 계약에 명시적으로 허락되지 아니한 권리는 모두 갑에게 유보된다. 본 계약은 저작재산권의 양도를 의미하지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제5조(제3자에 대한 재허락 금지) 을은 갑의 사전 서면 동의 없이 본 계약상의 지위 또는 이용권을 제3자에게 양도하거나 재허락할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제6조(권리의 보증) 갑은 위 저작물이 제3자의 권리를 침해하지 아니함을 보증하며, 이와 관련한 분쟁이 발생한 경우 갑의 책임과 비용으로 해결한다.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제7조(계약의 해지) 을이 이용 범위를 위반한 경우 갑은 즉시 계약을 해지하고 손해배상을 청구할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7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갑(저작권자)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을(이용자)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