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5"/>
        </w:rPr>
        <w:t>초상권 사용동의서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9"/>
        </w:rPr>
        <w:t>본인은 아래와 같이 본인의 초상(사진·영상)의 사용에 동의합니다.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1. 동의자 인적사항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생년월일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1990.01.01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010-1234-5678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 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서울시 강남구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2. 사용 내용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구 분</w:t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내 용</w:t>
            </w:r>
          </w:p>
        </w:tc>
      </w:tr>
      <w:tr>
        <w:trPr>
          <w:trHeight w:val="32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촬영 목적</w:t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회사 브랜드 홍보용 광고 콘텐츠 제작</w:t>
            </w:r>
          </w:p>
        </w:tc>
      </w:tr>
      <w:tr>
        <w:trPr>
          <w:trHeight w:val="32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사용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2026.09.01 ~ 2028.08.31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대 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금 500,000원 / 무상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동 의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1. 본인은 위에 기재된 목적, 매체, 기간, 지역의 범위 내에서 본인의 초상이 촬영·편집·복제·배포·전송되는 것에 동의합니다.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2. 사용자는 위 범위를 초과하여 초상을 사용하고자 하는 경우 본인의 사전 서면 동의를 받아야 합니다.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3. 사용자는 본인의 명예를 훼손하거나 사회 통념상 부적절한 방법으로 초상을 사용하여서는 아니 됩니다.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4. 본인은 사용 기간 중이라도 정당한 사유가 있는 경우 서면으로 동의를 철회할 수 있으며, 이 경우 사용자는 합리적인 기간 내에 사용을 중단합니다. 다만 이미 제작·배포된 물량에 대하여는 예외로 합니다.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5. 본인은 위 내용을 충분히 이해하였으며, 자유로운 의사에 따라 동의합니다.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9"/>
        </w:rPr>
        <w:t>위 내용에 동의합니다.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0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동의자    성    명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법정대리인(미성년자인 경우)    관 계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성    명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사용자    회 사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