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개인정보 수집·이용 동의서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「개인정보 보호법」 제15조 및 제17조에 따라 아래와 같이 개인정보의 수집·이용에 관한 동의를 받고자 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1. 개인정보 수집 · 이용 내역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수집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이용 목적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보유 기간</w:t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필수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성명, 연락처, 이메일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서비스 제공 및 본인 확인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3년</w:t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2. 개인정보 제3자 제공 (해당 시)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제공받는 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제공 목적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제공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보유 기간</w:t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○○배송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상품 배송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성명, 주소, 연락처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배송 완료 후 3개월</w:t>
            </w:r>
          </w:p>
        </w:tc>
      </w:tr>
      <w:tr>
        <w:trPr>
          <w:trHeight w:val="32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동 의 안 내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1. 정보주체는 개인정보의 수집·이용에 대한 동의를 거부할 권리가 있습니다. 다만 필수 항목에 대한 동의를 거부하실 경우 서비스 이용이 제한될 수 있습니다.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2. 선택 항목에 대한 동의를 거부하시더라도 필수 서비스 이용에는 제한이 없습니다.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3. 정보주체는 언제든지 자신의 개인정보에 대한 열람, 정정, 삭제, 처리정지를 요구할 수 있습니다.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4. 수집된 개인정보는 보유 기간이 경과하거나 처리 목적이 달성된 경우 지체 없이 파기합니다.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3. 동 의 여 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0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동의 항목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동 의 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동의하지 않음</w:t>
            </w:r>
          </w:p>
        </w:tc>
      </w:tr>
      <w:tr>
        <w:trPr>
          <w:trHeight w:val="320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필수 항목 수집·이용에 동의합니다.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□</w:t>
            </w:r>
          </w:p>
        </w:tc>
      </w:tr>
      <w:tr>
        <w:trPr>
          <w:trHeight w:val="320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본인은 위 내용을 충분히 읽고 이해하였으며, 이에 동의합니다.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정보주체    성    명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법정대리인(만 14세 미만)    관 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성    명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