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퇴직증명서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인 적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생년월일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1990.01.01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퇴 직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입사일자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2013.03.15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퇴사일자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2020.05.31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근속기간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7년 2개월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퇴직사유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자진 퇴사(개인사정)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용 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실업급여 신청용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4"/>
        </w:rPr>
        <w:t>위와 같이 퇴직하였음을 증명합니다.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발급기관    회 사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