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3"/>
        </w:rPr>
        <w:t>견적의뢰서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의뢰번호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RFQ-2026-015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의뢰일자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2026.08.01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회신 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2026.08.08까지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납품 희망일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2026.09.01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수 신 (견적 요청처)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123-45-67890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김대표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서비스 / 소프트웨어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발 신 (의뢰자)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234-56-78901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이대표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도소매 / 사무기기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박담당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0"/>
        </w:rPr>
        <w:t>아래 품목에 대한 견적을 의뢰하오니 회신하여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품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규격 / 사양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비 고</w:t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사무용 의자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메쉬 / 헤드레스트 포함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색상 블랙</w:t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견 적 조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 분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요 청 사 항</w:t>
            </w:r>
          </w:p>
        </w:tc>
      </w:tr>
      <w:tr>
        <w:trPr>
          <w:trHeight w:val="30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납품 장소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강남구 테헤란로 123 본사 3층</w:t>
            </w:r>
          </w:p>
        </w:tc>
      </w:tr>
      <w:tr>
        <w:trPr>
          <w:trHeight w:val="30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기타 요청사항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