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영수증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영수증번호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R-2026-0805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발행일자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수 령 인 (발 행 자)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상호 /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지 급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상호 /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234-56-78901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 액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金 일백육십오만원정  (₩1,650,000)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품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적 요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사무용 의자 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8월 5일 납품분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1,650,000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6"/>
        </w:rPr>
        <w:t>위 금액을 정히 영수함.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영수인    상호 / 성명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